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284E" w14:textId="77A7D11F" w:rsidR="0009385B" w:rsidRPr="00D70CCB" w:rsidRDefault="0009385B">
      <w:pPr>
        <w:jc w:val="center"/>
        <w:rPr>
          <w:b/>
          <w:sz w:val="36"/>
          <w:szCs w:val="24"/>
          <w:lang w:val="es-EC"/>
        </w:rPr>
      </w:pPr>
      <w:r w:rsidRPr="00D70CCB">
        <w:rPr>
          <w:b/>
          <w:sz w:val="36"/>
          <w:szCs w:val="24"/>
          <w:lang w:val="es-EC"/>
        </w:rPr>
        <w:t>INSTITUTO SUPERIOR TECNOLÓGICO DEL AUTRO</w:t>
      </w:r>
    </w:p>
    <w:p w14:paraId="7C0E96A8" w14:textId="2E75E4DF" w:rsidR="0009385B" w:rsidRDefault="00D70CCB">
      <w:pPr>
        <w:jc w:val="center"/>
        <w:rPr>
          <w:b/>
          <w:sz w:val="32"/>
          <w:lang w:val="es-EC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 wp14:anchorId="7BDA0298" wp14:editId="60339F26">
            <wp:extent cx="2209800" cy="9271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92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2AE7FC" w14:textId="15ABA2AD" w:rsid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r w:rsidRPr="0009385B">
        <w:rPr>
          <w:b/>
          <w:bCs/>
          <w:lang w:val="es-EC"/>
        </w:rPr>
        <w:t xml:space="preserve">CARRERA: </w:t>
      </w:r>
    </w:p>
    <w:p w14:paraId="748C7573" w14:textId="77777777" w:rsidR="003B211E" w:rsidRDefault="003B211E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06E53F05" w14:textId="32D6B555" w:rsidR="0009385B" w:rsidRP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proofErr w:type="spellStart"/>
      <w:r>
        <w:rPr>
          <w:b/>
          <w:bCs/>
          <w:lang w:val="es-EC"/>
        </w:rPr>
        <w:t>xxxxxxxxxxxxxx</w:t>
      </w:r>
      <w:proofErr w:type="spellEnd"/>
    </w:p>
    <w:p w14:paraId="3C128B62" w14:textId="4B82BC3B" w:rsid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proofErr w:type="gramStart"/>
      <w:r w:rsidRPr="0009385B">
        <w:rPr>
          <w:b/>
          <w:bCs/>
          <w:lang w:val="es-EC"/>
        </w:rPr>
        <w:t>ASIGNATURA :</w:t>
      </w:r>
      <w:proofErr w:type="gramEnd"/>
    </w:p>
    <w:p w14:paraId="717BFC39" w14:textId="77777777" w:rsidR="003B211E" w:rsidRDefault="003B211E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1C8F40EF" w14:textId="2A32E9A5" w:rsidR="0009385B" w:rsidRP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proofErr w:type="spellStart"/>
      <w:r>
        <w:rPr>
          <w:b/>
          <w:bCs/>
          <w:lang w:val="es-EC"/>
        </w:rPr>
        <w:t>xxxxxxxxxxxxxxxx</w:t>
      </w:r>
      <w:proofErr w:type="spellEnd"/>
    </w:p>
    <w:p w14:paraId="2E7A0A77" w14:textId="3C87F9EA" w:rsid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r w:rsidRPr="0009385B">
        <w:rPr>
          <w:b/>
          <w:bCs/>
          <w:lang w:val="es-EC"/>
        </w:rPr>
        <w:t>TEMA DEL TRABAJO:</w:t>
      </w:r>
    </w:p>
    <w:p w14:paraId="478B4C5E" w14:textId="77777777" w:rsidR="003B211E" w:rsidRDefault="003B211E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3931FC6A" w14:textId="7414A6EB" w:rsid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proofErr w:type="spellStart"/>
      <w:r>
        <w:rPr>
          <w:b/>
          <w:bCs/>
          <w:lang w:val="es-EC"/>
        </w:rPr>
        <w:t>xxxxxxxxxxxxx</w:t>
      </w:r>
      <w:proofErr w:type="spellEnd"/>
    </w:p>
    <w:p w14:paraId="085EF6CE" w14:textId="3E2EF88E" w:rsid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1AF0453C" w14:textId="45FD7B21" w:rsid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r w:rsidRPr="0009385B">
        <w:rPr>
          <w:b/>
          <w:bCs/>
          <w:lang w:val="es-EC"/>
        </w:rPr>
        <w:t xml:space="preserve">NOMBRE DEL </w:t>
      </w:r>
      <w:proofErr w:type="gramStart"/>
      <w:r w:rsidRPr="0009385B">
        <w:rPr>
          <w:b/>
          <w:bCs/>
          <w:lang w:val="es-EC"/>
        </w:rPr>
        <w:t>ESTUDIANTE :</w:t>
      </w:r>
      <w:proofErr w:type="gramEnd"/>
    </w:p>
    <w:p w14:paraId="286977AF" w14:textId="77777777" w:rsidR="003B211E" w:rsidRDefault="003B211E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1AD38139" w14:textId="343E6B1F" w:rsidR="0009385B" w:rsidRP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proofErr w:type="spellStart"/>
      <w:r>
        <w:rPr>
          <w:b/>
          <w:bCs/>
          <w:lang w:val="es-EC"/>
        </w:rPr>
        <w:t>xxxxxxxxxxxxxxxxxxxx</w:t>
      </w:r>
      <w:proofErr w:type="spellEnd"/>
    </w:p>
    <w:p w14:paraId="0E9CC5A6" w14:textId="59A0558F" w:rsid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  <w:r w:rsidRPr="0009385B">
        <w:rPr>
          <w:b/>
          <w:bCs/>
          <w:lang w:val="es-EC"/>
        </w:rPr>
        <w:t xml:space="preserve">NOMBRE DEL DOCENTE: </w:t>
      </w:r>
    </w:p>
    <w:p w14:paraId="76FF2BDB" w14:textId="364279C1" w:rsidR="0009385B" w:rsidRDefault="0009385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2F45AB12" w14:textId="33BCFD07" w:rsidR="0009385B" w:rsidRDefault="0009385B" w:rsidP="00682C33">
      <w:pPr>
        <w:spacing w:before="100" w:beforeAutospacing="1" w:after="100" w:afterAutospacing="1" w:line="240" w:lineRule="auto"/>
        <w:rPr>
          <w:b/>
          <w:bCs/>
          <w:lang w:val="es-EC"/>
        </w:rPr>
      </w:pP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r>
        <w:rPr>
          <w:b/>
          <w:bCs/>
          <w:lang w:val="es-EC"/>
        </w:rPr>
        <w:tab/>
      </w:r>
      <w:proofErr w:type="spellStart"/>
      <w:r w:rsidR="005515FB">
        <w:rPr>
          <w:b/>
          <w:bCs/>
          <w:lang w:val="es-EC"/>
        </w:rPr>
        <w:t>X</w:t>
      </w:r>
      <w:r>
        <w:rPr>
          <w:b/>
          <w:bCs/>
          <w:lang w:val="es-EC"/>
        </w:rPr>
        <w:t>xxxxxxxxxxxxxxxxxxxxxxxxxxx</w:t>
      </w:r>
      <w:proofErr w:type="spellEnd"/>
    </w:p>
    <w:p w14:paraId="6D2955D2" w14:textId="7443C710" w:rsidR="005515FB" w:rsidRDefault="005515F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6738A2A0" w14:textId="02C3D109" w:rsidR="005515FB" w:rsidRDefault="005515F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2D36F1E1" w14:textId="2FEA13A4" w:rsidR="005515FB" w:rsidRDefault="005515F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42004F52" w14:textId="20EFE757" w:rsidR="005515FB" w:rsidRDefault="005515FB" w:rsidP="0009385B">
      <w:pPr>
        <w:spacing w:before="100" w:beforeAutospacing="1" w:after="100" w:afterAutospacing="1" w:line="240" w:lineRule="auto"/>
        <w:rPr>
          <w:b/>
          <w:bCs/>
          <w:lang w:val="es-EC"/>
        </w:rPr>
      </w:pPr>
    </w:p>
    <w:p w14:paraId="2CAA296D" w14:textId="07B35A1D" w:rsidR="0009385B" w:rsidRPr="0009385B" w:rsidRDefault="0009385B" w:rsidP="0009385B">
      <w:pPr>
        <w:jc w:val="center"/>
        <w:rPr>
          <w:lang w:val="es-EC"/>
        </w:rPr>
      </w:pPr>
      <w:r w:rsidRPr="0009385B">
        <w:rPr>
          <w:b/>
          <w:sz w:val="32"/>
          <w:lang w:val="es-EC"/>
        </w:rPr>
        <w:t>TRABAJOS AUTÓNOMOS</w:t>
      </w:r>
      <w:r w:rsidR="005515FB">
        <w:rPr>
          <w:b/>
          <w:sz w:val="32"/>
          <w:lang w:val="es-EC"/>
        </w:rPr>
        <w:t xml:space="preserve"> </w:t>
      </w:r>
      <w:proofErr w:type="spellStart"/>
      <w:r w:rsidR="0039282D" w:rsidRPr="0039282D">
        <w:rPr>
          <w:b/>
          <w:sz w:val="32"/>
          <w:lang w:val="es-EC"/>
        </w:rPr>
        <w:t>N°</w:t>
      </w:r>
      <w:proofErr w:type="spellEnd"/>
      <w:r w:rsidR="0039282D" w:rsidRPr="0039282D">
        <w:rPr>
          <w:b/>
          <w:sz w:val="32"/>
          <w:lang w:val="es-EC"/>
        </w:rPr>
        <w:t xml:space="preserve"> 1.</w:t>
      </w:r>
    </w:p>
    <w:p w14:paraId="68F9749C" w14:textId="77777777" w:rsidR="0039282D" w:rsidRPr="0039282D" w:rsidRDefault="0039282D" w:rsidP="0039282D">
      <w:pPr>
        <w:pStyle w:val="Prrafodelista"/>
        <w:numPr>
          <w:ilvl w:val="0"/>
          <w:numId w:val="11"/>
        </w:numPr>
        <w:ind w:left="142" w:hanging="426"/>
        <w:rPr>
          <w:lang w:val="es-EC"/>
        </w:rPr>
      </w:pPr>
      <w:r w:rsidRPr="0039282D">
        <w:rPr>
          <w:b/>
          <w:lang w:val="es-EC"/>
        </w:rPr>
        <w:t>INSTRUCCIONES GENERALES</w:t>
      </w:r>
    </w:p>
    <w:p w14:paraId="44FB7AE9" w14:textId="77777777" w:rsidR="0039282D" w:rsidRPr="0039282D" w:rsidRDefault="0039282D" w:rsidP="0039282D">
      <w:pPr>
        <w:pStyle w:val="Listaconvietas"/>
        <w:rPr>
          <w:lang w:val="es-EC"/>
        </w:rPr>
      </w:pPr>
      <w:r w:rsidRPr="0039282D">
        <w:rPr>
          <w:lang w:val="es-EC"/>
        </w:rPr>
        <w:t>Elaborar el trabajo con redacción clara, técnica y académica.</w:t>
      </w:r>
    </w:p>
    <w:p w14:paraId="7EA7083E" w14:textId="77777777" w:rsidR="0039282D" w:rsidRPr="0039282D" w:rsidRDefault="0039282D" w:rsidP="0039282D">
      <w:pPr>
        <w:pStyle w:val="Listaconvietas"/>
        <w:rPr>
          <w:lang w:val="es-EC"/>
        </w:rPr>
      </w:pPr>
      <w:r w:rsidRPr="0039282D">
        <w:rPr>
          <w:lang w:val="es-EC"/>
        </w:rPr>
        <w:t>Utilizar normas APA vigentes para citas y bibliografía.</w:t>
      </w:r>
    </w:p>
    <w:p w14:paraId="68F43D4A" w14:textId="77777777" w:rsidR="0039282D" w:rsidRPr="0039282D" w:rsidRDefault="0039282D" w:rsidP="0039282D">
      <w:pPr>
        <w:pStyle w:val="Listaconvietas"/>
        <w:rPr>
          <w:lang w:val="es-EC"/>
        </w:rPr>
      </w:pPr>
      <w:r w:rsidRPr="0039282D">
        <w:rPr>
          <w:lang w:val="es-EC"/>
        </w:rPr>
        <w:t>Cargar el documento en Moodle en formato PDF.</w:t>
      </w:r>
    </w:p>
    <w:p w14:paraId="3E92057F" w14:textId="77777777" w:rsidR="0039282D" w:rsidRPr="0039282D" w:rsidRDefault="0039282D" w:rsidP="0039282D">
      <w:pPr>
        <w:pStyle w:val="Listaconvietas"/>
        <w:rPr>
          <w:lang w:val="es-EC"/>
        </w:rPr>
      </w:pPr>
      <w:r w:rsidRPr="0039282D">
        <w:rPr>
          <w:lang w:val="es-EC"/>
        </w:rPr>
        <w:t>Adjuntar bibliografía confiable y actualizada.</w:t>
      </w:r>
    </w:p>
    <w:p w14:paraId="2DFC332C" w14:textId="0865EF31" w:rsidR="00DF129B" w:rsidRPr="0039282D" w:rsidRDefault="00D43DE0" w:rsidP="00682C33">
      <w:pPr>
        <w:pStyle w:val="Prrafodelista"/>
        <w:numPr>
          <w:ilvl w:val="0"/>
          <w:numId w:val="11"/>
        </w:numPr>
        <w:ind w:left="142" w:hanging="426"/>
      </w:pPr>
      <w:r w:rsidRPr="0039282D">
        <w:rPr>
          <w:b/>
        </w:rPr>
        <w:t>DATOS INFORMATIVOS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8"/>
        <w:gridCol w:w="5972"/>
      </w:tblGrid>
      <w:tr w:rsidR="00DF129B" w:rsidRPr="0039282D" w14:paraId="2D8EB388" w14:textId="77777777" w:rsidTr="0039282D">
        <w:tc>
          <w:tcPr>
            <w:tcW w:w="2660" w:type="dxa"/>
          </w:tcPr>
          <w:p w14:paraId="4D84DCD3" w14:textId="1858CCE6" w:rsidR="00DF129B" w:rsidRPr="0039282D" w:rsidRDefault="0039282D">
            <w:r>
              <w:t xml:space="preserve">Nombre del </w:t>
            </w:r>
            <w:proofErr w:type="spellStart"/>
            <w:r w:rsidR="00D43DE0" w:rsidRPr="0039282D">
              <w:t>Estudiante</w:t>
            </w:r>
            <w:proofErr w:type="spellEnd"/>
          </w:p>
        </w:tc>
        <w:tc>
          <w:tcPr>
            <w:tcW w:w="5980" w:type="dxa"/>
          </w:tcPr>
          <w:p w14:paraId="7D187007" w14:textId="77777777" w:rsidR="00DF129B" w:rsidRPr="0039282D" w:rsidRDefault="00DF129B"/>
        </w:tc>
      </w:tr>
      <w:tr w:rsidR="00DF129B" w:rsidRPr="0039282D" w14:paraId="2D2E9A64" w14:textId="77777777" w:rsidTr="0039282D">
        <w:tc>
          <w:tcPr>
            <w:tcW w:w="2660" w:type="dxa"/>
          </w:tcPr>
          <w:p w14:paraId="568A2CF7" w14:textId="77777777" w:rsidR="00DF129B" w:rsidRPr="0039282D" w:rsidRDefault="00D43DE0">
            <w:r w:rsidRPr="0039282D">
              <w:t>Nivel/</w:t>
            </w:r>
            <w:proofErr w:type="spellStart"/>
            <w:r w:rsidRPr="0039282D">
              <w:t>Paralelo</w:t>
            </w:r>
            <w:proofErr w:type="spellEnd"/>
          </w:p>
        </w:tc>
        <w:tc>
          <w:tcPr>
            <w:tcW w:w="5980" w:type="dxa"/>
          </w:tcPr>
          <w:p w14:paraId="0DEBE14A" w14:textId="77777777" w:rsidR="00DF129B" w:rsidRPr="0039282D" w:rsidRDefault="00DF129B"/>
        </w:tc>
      </w:tr>
      <w:tr w:rsidR="00DF129B" w:rsidRPr="0039282D" w14:paraId="386153FA" w14:textId="77777777" w:rsidTr="0039282D">
        <w:tc>
          <w:tcPr>
            <w:tcW w:w="2660" w:type="dxa"/>
          </w:tcPr>
          <w:p w14:paraId="6FE5C53E" w14:textId="77777777" w:rsidR="00DF129B" w:rsidRPr="0039282D" w:rsidRDefault="00D43DE0">
            <w:proofErr w:type="spellStart"/>
            <w:r w:rsidRPr="0039282D">
              <w:t>Fecha</w:t>
            </w:r>
            <w:proofErr w:type="spellEnd"/>
            <w:r w:rsidRPr="0039282D">
              <w:t xml:space="preserve"> de </w:t>
            </w:r>
            <w:proofErr w:type="spellStart"/>
            <w:r w:rsidRPr="0039282D">
              <w:t>entrega</w:t>
            </w:r>
            <w:proofErr w:type="spellEnd"/>
          </w:p>
        </w:tc>
        <w:tc>
          <w:tcPr>
            <w:tcW w:w="5980" w:type="dxa"/>
          </w:tcPr>
          <w:p w14:paraId="5CCCD056" w14:textId="77777777" w:rsidR="00DF129B" w:rsidRPr="0039282D" w:rsidRDefault="00DF129B"/>
        </w:tc>
      </w:tr>
      <w:tr w:rsidR="00DF129B" w:rsidRPr="0039282D" w14:paraId="2807F7AB" w14:textId="77777777" w:rsidTr="0039282D">
        <w:tc>
          <w:tcPr>
            <w:tcW w:w="2660" w:type="dxa"/>
          </w:tcPr>
          <w:p w14:paraId="08DF6468" w14:textId="77777777" w:rsidR="00DF129B" w:rsidRPr="0039282D" w:rsidRDefault="00D43DE0">
            <w:r w:rsidRPr="0039282D">
              <w:t xml:space="preserve">Tema del </w:t>
            </w:r>
            <w:proofErr w:type="spellStart"/>
            <w:r w:rsidRPr="0039282D">
              <w:t>trabajo</w:t>
            </w:r>
            <w:proofErr w:type="spellEnd"/>
          </w:p>
        </w:tc>
        <w:tc>
          <w:tcPr>
            <w:tcW w:w="5980" w:type="dxa"/>
          </w:tcPr>
          <w:p w14:paraId="7D1BA14D" w14:textId="77777777" w:rsidR="00DF129B" w:rsidRPr="0039282D" w:rsidRDefault="00DF129B"/>
        </w:tc>
      </w:tr>
    </w:tbl>
    <w:p w14:paraId="72BBA51F" w14:textId="77777777" w:rsidR="00682C33" w:rsidRPr="0039282D" w:rsidRDefault="00682C33" w:rsidP="00682C33">
      <w:pPr>
        <w:spacing w:after="0"/>
        <w:rPr>
          <w:b/>
          <w:lang w:val="es-EC"/>
        </w:rPr>
      </w:pPr>
    </w:p>
    <w:p w14:paraId="4211C8D7" w14:textId="77777777" w:rsidR="00DF129B" w:rsidRPr="0039282D" w:rsidRDefault="00D43DE0" w:rsidP="00682C33">
      <w:pPr>
        <w:pStyle w:val="Prrafodelista"/>
        <w:numPr>
          <w:ilvl w:val="0"/>
          <w:numId w:val="11"/>
        </w:numPr>
        <w:ind w:left="142" w:hanging="426"/>
        <w:rPr>
          <w:b/>
          <w:lang w:val="es-EC"/>
        </w:rPr>
      </w:pPr>
      <w:r w:rsidRPr="0039282D">
        <w:rPr>
          <w:b/>
          <w:lang w:val="es-EC"/>
        </w:rPr>
        <w:t>OBJETIVO DEL TRABAJO</w:t>
      </w:r>
    </w:p>
    <w:p w14:paraId="61D7200D" w14:textId="6384D3EB" w:rsidR="00DF129B" w:rsidRPr="00682C33" w:rsidRDefault="00D02A96" w:rsidP="00D02A96">
      <w:pPr>
        <w:jc w:val="both"/>
        <w:rPr>
          <w:lang w:val="es-EC"/>
        </w:rPr>
      </w:pPr>
      <w:r>
        <w:rPr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3ECF00" w14:textId="1845ACEB" w:rsidR="00DF129B" w:rsidRPr="00682C33" w:rsidRDefault="0039282D" w:rsidP="00682C33">
      <w:pPr>
        <w:pStyle w:val="Prrafodelista"/>
        <w:numPr>
          <w:ilvl w:val="0"/>
          <w:numId w:val="11"/>
        </w:numPr>
        <w:ind w:left="142" w:hanging="426"/>
        <w:rPr>
          <w:lang w:val="es-EC"/>
        </w:rPr>
      </w:pPr>
      <w:r w:rsidRPr="00682C33">
        <w:rPr>
          <w:b/>
          <w:lang w:val="es-EC"/>
        </w:rPr>
        <w:t xml:space="preserve"> INTRODUCCIÓN</w:t>
      </w:r>
    </w:p>
    <w:p w14:paraId="40078B6F" w14:textId="77777777" w:rsidR="00D02A96" w:rsidRPr="00D02A96" w:rsidRDefault="00D02A96" w:rsidP="00D02A96">
      <w:pPr>
        <w:jc w:val="both"/>
        <w:rPr>
          <w:lang w:val="es-EC"/>
        </w:rPr>
      </w:pPr>
      <w:r w:rsidRPr="00D02A96">
        <w:rPr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795C24" w14:textId="5776C712" w:rsidR="00DF129B" w:rsidRPr="00682C33" w:rsidRDefault="0039282D" w:rsidP="00682C33">
      <w:pPr>
        <w:pStyle w:val="Prrafodelista"/>
        <w:numPr>
          <w:ilvl w:val="0"/>
          <w:numId w:val="11"/>
        </w:numPr>
        <w:ind w:left="142" w:hanging="426"/>
        <w:rPr>
          <w:lang w:val="es-EC"/>
        </w:rPr>
      </w:pPr>
      <w:r w:rsidRPr="00682C33">
        <w:rPr>
          <w:b/>
          <w:lang w:val="es-EC"/>
        </w:rPr>
        <w:t>DESARROLLO</w:t>
      </w:r>
    </w:p>
    <w:p w14:paraId="6A949DB3" w14:textId="77777777" w:rsidR="00D02A96" w:rsidRPr="00D02A96" w:rsidRDefault="00D02A96" w:rsidP="00D02A96">
      <w:pPr>
        <w:jc w:val="both"/>
        <w:rPr>
          <w:lang w:val="es-EC"/>
        </w:rPr>
      </w:pPr>
      <w:r w:rsidRPr="00D02A96">
        <w:rPr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D06084" w14:textId="6AA29FC6" w:rsidR="00DF129B" w:rsidRPr="00682C33" w:rsidRDefault="0039282D" w:rsidP="00682C33">
      <w:pPr>
        <w:pStyle w:val="Prrafodelista"/>
        <w:numPr>
          <w:ilvl w:val="0"/>
          <w:numId w:val="11"/>
        </w:numPr>
        <w:ind w:left="142" w:hanging="426"/>
        <w:rPr>
          <w:lang w:val="es-EC"/>
        </w:rPr>
      </w:pPr>
      <w:r w:rsidRPr="00682C33">
        <w:rPr>
          <w:b/>
          <w:lang w:val="es-EC"/>
        </w:rPr>
        <w:t>CONCLUSIONES</w:t>
      </w:r>
    </w:p>
    <w:p w14:paraId="209F8490" w14:textId="77777777" w:rsidR="00D02A96" w:rsidRPr="00D02A96" w:rsidRDefault="00D02A96" w:rsidP="00D02A96">
      <w:pPr>
        <w:jc w:val="both"/>
        <w:rPr>
          <w:lang w:val="es-EC"/>
        </w:rPr>
      </w:pPr>
      <w:r w:rsidRPr="00D02A96">
        <w:rPr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BB259" w14:textId="3EA3D673" w:rsidR="00DF129B" w:rsidRPr="0039282D" w:rsidRDefault="0039282D" w:rsidP="00682C33">
      <w:pPr>
        <w:pStyle w:val="Prrafodelista"/>
        <w:numPr>
          <w:ilvl w:val="0"/>
          <w:numId w:val="11"/>
        </w:numPr>
        <w:ind w:left="142" w:hanging="426"/>
        <w:rPr>
          <w:b/>
          <w:lang w:val="es-EC"/>
        </w:rPr>
      </w:pPr>
      <w:r w:rsidRPr="00682C33">
        <w:rPr>
          <w:b/>
          <w:lang w:val="es-EC"/>
        </w:rPr>
        <w:t>RECOMENDACIONES</w:t>
      </w:r>
    </w:p>
    <w:p w14:paraId="54BBAA81" w14:textId="77777777" w:rsidR="00D02A96" w:rsidRPr="00D02A96" w:rsidRDefault="00D02A96" w:rsidP="00D02A96">
      <w:pPr>
        <w:jc w:val="both"/>
        <w:rPr>
          <w:lang w:val="es-EC"/>
        </w:rPr>
      </w:pPr>
      <w:r w:rsidRPr="00D02A96">
        <w:rPr>
          <w:lang w:val="es-EC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AA9B1D" w14:textId="77777777" w:rsidR="0039282D" w:rsidRPr="00D02A96" w:rsidRDefault="0039282D" w:rsidP="00D02A96">
      <w:pPr>
        <w:pStyle w:val="Prrafodelista"/>
        <w:numPr>
          <w:ilvl w:val="0"/>
          <w:numId w:val="11"/>
        </w:numPr>
        <w:ind w:left="142" w:hanging="426"/>
        <w:rPr>
          <w:b/>
          <w:bCs/>
          <w:lang w:val="es-EC"/>
        </w:rPr>
      </w:pPr>
      <w:r w:rsidRPr="003B211E">
        <w:rPr>
          <w:b/>
          <w:lang w:val="es-EC"/>
        </w:rPr>
        <w:t>BIBLIOGRAFÍA</w:t>
      </w:r>
    </w:p>
    <w:p w14:paraId="2F90054E" w14:textId="77777777" w:rsidR="00D02A96" w:rsidRPr="00682C33" w:rsidRDefault="00D02A96" w:rsidP="00D02A96">
      <w:pPr>
        <w:jc w:val="both"/>
        <w:rPr>
          <w:lang w:val="es-EC"/>
        </w:rPr>
      </w:pPr>
      <w:r>
        <w:rPr>
          <w:lang w:val="es-E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9A139D" w14:textId="47319361" w:rsidR="00D02A96" w:rsidRPr="00D02A96" w:rsidRDefault="00D02A96" w:rsidP="00D02A96">
      <w:pPr>
        <w:rPr>
          <w:b/>
          <w:bCs/>
          <w:lang w:val="es-EC"/>
        </w:rPr>
        <w:sectPr w:rsidR="00D02A96" w:rsidRPr="00D02A96" w:rsidSect="00034616">
          <w:headerReference w:type="default" r:id="rId10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8103F12" w14:textId="5589E91A" w:rsidR="00674743" w:rsidRPr="00674743" w:rsidRDefault="00643692" w:rsidP="00674743">
      <w:pPr>
        <w:pStyle w:val="Ttulo1"/>
        <w:rPr>
          <w:rFonts w:asciiTheme="minorHAnsi" w:eastAsiaTheme="minorEastAsia" w:hAnsiTheme="minorHAnsi" w:cstheme="minorBidi"/>
          <w:color w:val="auto"/>
          <w:sz w:val="22"/>
          <w:szCs w:val="22"/>
          <w:lang w:val="es-EC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  <w:lang w:val="es-EC"/>
        </w:rPr>
        <w:lastRenderedPageBreak/>
        <w:t>R</w:t>
      </w:r>
      <w:r w:rsidR="0039282D" w:rsidRPr="00643692">
        <w:rPr>
          <w:rFonts w:asciiTheme="minorHAnsi" w:eastAsiaTheme="minorEastAsia" w:hAnsiTheme="minorHAnsi" w:cstheme="minorBidi"/>
          <w:color w:val="auto"/>
          <w:sz w:val="22"/>
          <w:szCs w:val="22"/>
          <w:lang w:val="es-EC"/>
        </w:rPr>
        <w:t xml:space="preserve">ÚBRICA PARA TRABAJOS AUTÓNOMOS </w:t>
      </w:r>
    </w:p>
    <w:tbl>
      <w:tblPr>
        <w:tblStyle w:val="Tablaconcuadrcula"/>
        <w:tblW w:w="12848" w:type="dxa"/>
        <w:jc w:val="center"/>
        <w:tblLook w:val="04A0" w:firstRow="1" w:lastRow="0" w:firstColumn="1" w:lastColumn="0" w:noHBand="0" w:noVBand="1"/>
      </w:tblPr>
      <w:tblGrid>
        <w:gridCol w:w="1815"/>
        <w:gridCol w:w="2839"/>
        <w:gridCol w:w="2651"/>
        <w:gridCol w:w="2340"/>
        <w:gridCol w:w="2277"/>
        <w:gridCol w:w="926"/>
      </w:tblGrid>
      <w:tr w:rsidR="00674743" w:rsidRPr="00674743" w14:paraId="017582B5" w14:textId="77777777" w:rsidTr="00674743">
        <w:trPr>
          <w:trHeight w:val="510"/>
          <w:jc w:val="center"/>
        </w:trPr>
        <w:tc>
          <w:tcPr>
            <w:tcW w:w="0" w:type="auto"/>
            <w:hideMark/>
          </w:tcPr>
          <w:p w14:paraId="7250596C" w14:textId="77777777" w:rsidR="00674743" w:rsidRPr="00674743" w:rsidRDefault="0067474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74743">
              <w:rPr>
                <w:b/>
                <w:bCs/>
                <w:sz w:val="20"/>
                <w:szCs w:val="20"/>
              </w:rPr>
              <w:t>Criterios</w:t>
            </w:r>
            <w:proofErr w:type="spellEnd"/>
            <w:r w:rsidRPr="00674743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74743">
              <w:rPr>
                <w:b/>
                <w:bCs/>
                <w:sz w:val="20"/>
                <w:szCs w:val="20"/>
              </w:rPr>
              <w:t>Evaluación</w:t>
            </w:r>
            <w:proofErr w:type="spellEnd"/>
          </w:p>
        </w:tc>
        <w:tc>
          <w:tcPr>
            <w:tcW w:w="0" w:type="auto"/>
            <w:hideMark/>
          </w:tcPr>
          <w:p w14:paraId="0F8373CE" w14:textId="77777777" w:rsidR="00674743" w:rsidRPr="00674743" w:rsidRDefault="0067474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74743">
              <w:rPr>
                <w:b/>
                <w:bCs/>
                <w:sz w:val="20"/>
                <w:szCs w:val="20"/>
              </w:rPr>
              <w:t>Excelente</w:t>
            </w:r>
            <w:proofErr w:type="spellEnd"/>
            <w:r w:rsidRPr="00674743">
              <w:rPr>
                <w:b/>
                <w:bCs/>
                <w:sz w:val="20"/>
                <w:szCs w:val="20"/>
              </w:rPr>
              <w:t xml:space="preserve"> (10-9)</w:t>
            </w:r>
          </w:p>
        </w:tc>
        <w:tc>
          <w:tcPr>
            <w:tcW w:w="0" w:type="auto"/>
            <w:hideMark/>
          </w:tcPr>
          <w:p w14:paraId="40FE6B25" w14:textId="77777777" w:rsidR="00674743" w:rsidRPr="00674743" w:rsidRDefault="00674743">
            <w:pPr>
              <w:jc w:val="center"/>
              <w:rPr>
                <w:b/>
                <w:bCs/>
                <w:sz w:val="20"/>
                <w:szCs w:val="20"/>
              </w:rPr>
            </w:pPr>
            <w:r w:rsidRPr="00674743">
              <w:rPr>
                <w:b/>
                <w:bCs/>
                <w:sz w:val="20"/>
                <w:szCs w:val="20"/>
              </w:rPr>
              <w:t>Bueno (8-7)</w:t>
            </w:r>
          </w:p>
        </w:tc>
        <w:tc>
          <w:tcPr>
            <w:tcW w:w="0" w:type="auto"/>
            <w:hideMark/>
          </w:tcPr>
          <w:p w14:paraId="7B6144F4" w14:textId="77777777" w:rsidR="00674743" w:rsidRPr="00674743" w:rsidRDefault="00674743">
            <w:pPr>
              <w:jc w:val="center"/>
              <w:rPr>
                <w:b/>
                <w:bCs/>
                <w:sz w:val="20"/>
                <w:szCs w:val="20"/>
              </w:rPr>
            </w:pPr>
            <w:r w:rsidRPr="00674743">
              <w:rPr>
                <w:b/>
                <w:bCs/>
                <w:sz w:val="20"/>
                <w:szCs w:val="20"/>
              </w:rPr>
              <w:t>Regular (6-5)</w:t>
            </w:r>
          </w:p>
        </w:tc>
        <w:tc>
          <w:tcPr>
            <w:tcW w:w="0" w:type="auto"/>
            <w:hideMark/>
          </w:tcPr>
          <w:p w14:paraId="5D9F2EAA" w14:textId="77777777" w:rsidR="00674743" w:rsidRPr="00674743" w:rsidRDefault="0067474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74743">
              <w:rPr>
                <w:b/>
                <w:bCs/>
                <w:sz w:val="20"/>
                <w:szCs w:val="20"/>
              </w:rPr>
              <w:t>Deficiente</w:t>
            </w:r>
            <w:proofErr w:type="spellEnd"/>
            <w:r w:rsidRPr="00674743">
              <w:rPr>
                <w:b/>
                <w:bCs/>
                <w:sz w:val="20"/>
                <w:szCs w:val="20"/>
              </w:rPr>
              <w:t xml:space="preserve"> (4-1)</w:t>
            </w:r>
          </w:p>
        </w:tc>
        <w:tc>
          <w:tcPr>
            <w:tcW w:w="0" w:type="auto"/>
            <w:hideMark/>
          </w:tcPr>
          <w:p w14:paraId="3ECE0A7F" w14:textId="77777777" w:rsidR="00674743" w:rsidRPr="00674743" w:rsidRDefault="0067474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74743">
              <w:rPr>
                <w:b/>
                <w:bCs/>
                <w:sz w:val="20"/>
                <w:szCs w:val="20"/>
              </w:rPr>
              <w:t>Puntaje</w:t>
            </w:r>
            <w:proofErr w:type="spellEnd"/>
          </w:p>
        </w:tc>
      </w:tr>
      <w:tr w:rsidR="00674743" w:rsidRPr="00674743" w14:paraId="5EE7CA3F" w14:textId="77777777" w:rsidTr="00674743">
        <w:trPr>
          <w:trHeight w:val="1022"/>
          <w:jc w:val="center"/>
        </w:trPr>
        <w:tc>
          <w:tcPr>
            <w:tcW w:w="0" w:type="auto"/>
            <w:hideMark/>
          </w:tcPr>
          <w:p w14:paraId="142401B2" w14:textId="77777777" w:rsidR="00674743" w:rsidRPr="00674743" w:rsidRDefault="00674743">
            <w:pPr>
              <w:rPr>
                <w:sz w:val="20"/>
                <w:szCs w:val="20"/>
              </w:rPr>
            </w:pPr>
            <w:proofErr w:type="spellStart"/>
            <w:r w:rsidRPr="00674743">
              <w:rPr>
                <w:rStyle w:val="Textoennegrita"/>
                <w:sz w:val="20"/>
                <w:szCs w:val="20"/>
              </w:rPr>
              <w:t>Objetivos</w:t>
            </w:r>
            <w:proofErr w:type="spellEnd"/>
            <w:r w:rsidRPr="00674743">
              <w:rPr>
                <w:rStyle w:val="Textoennegrita"/>
                <w:sz w:val="20"/>
                <w:szCs w:val="20"/>
              </w:rPr>
              <w:t xml:space="preserve"> </w:t>
            </w:r>
            <w:proofErr w:type="spellStart"/>
            <w:r w:rsidRPr="00674743">
              <w:rPr>
                <w:rStyle w:val="Textoennegrita"/>
                <w:sz w:val="20"/>
                <w:szCs w:val="20"/>
              </w:rPr>
              <w:t>acordes</w:t>
            </w:r>
            <w:proofErr w:type="spellEnd"/>
            <w:r w:rsidRPr="00674743">
              <w:rPr>
                <w:rStyle w:val="Textoennegrita"/>
                <w:sz w:val="20"/>
                <w:szCs w:val="20"/>
              </w:rPr>
              <w:t xml:space="preserve"> al </w:t>
            </w:r>
            <w:proofErr w:type="spellStart"/>
            <w:r w:rsidRPr="00674743">
              <w:rPr>
                <w:rStyle w:val="Textoennegrita"/>
                <w:sz w:val="20"/>
                <w:szCs w:val="20"/>
              </w:rPr>
              <w:t>tema</w:t>
            </w:r>
            <w:proofErr w:type="spellEnd"/>
          </w:p>
        </w:tc>
        <w:tc>
          <w:tcPr>
            <w:tcW w:w="0" w:type="auto"/>
            <w:hideMark/>
          </w:tcPr>
          <w:p w14:paraId="4461B606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Los objetivos están claramente formulados y guardan total relación con el tema de investigación.</w:t>
            </w:r>
          </w:p>
        </w:tc>
        <w:tc>
          <w:tcPr>
            <w:tcW w:w="0" w:type="auto"/>
            <w:hideMark/>
          </w:tcPr>
          <w:p w14:paraId="7390D789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Los objetivos se relacionan adecuadamente con el tema.</w:t>
            </w:r>
          </w:p>
        </w:tc>
        <w:tc>
          <w:tcPr>
            <w:tcW w:w="0" w:type="auto"/>
            <w:hideMark/>
          </w:tcPr>
          <w:p w14:paraId="16A992B7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Los objetivos presentan relación parcial con el tema.</w:t>
            </w:r>
          </w:p>
        </w:tc>
        <w:tc>
          <w:tcPr>
            <w:tcW w:w="0" w:type="auto"/>
            <w:hideMark/>
          </w:tcPr>
          <w:p w14:paraId="026E3859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Los objetivos no tienen relación clara con el tema planteado.</w:t>
            </w:r>
          </w:p>
        </w:tc>
        <w:tc>
          <w:tcPr>
            <w:tcW w:w="0" w:type="auto"/>
            <w:hideMark/>
          </w:tcPr>
          <w:p w14:paraId="597454D8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674743" w:rsidRPr="00674743" w14:paraId="2516C2BE" w14:textId="77777777" w:rsidTr="00674743">
        <w:trPr>
          <w:trHeight w:val="1010"/>
          <w:jc w:val="center"/>
        </w:trPr>
        <w:tc>
          <w:tcPr>
            <w:tcW w:w="0" w:type="auto"/>
            <w:hideMark/>
          </w:tcPr>
          <w:p w14:paraId="7D46B351" w14:textId="77777777" w:rsidR="00674743" w:rsidRPr="00674743" w:rsidRDefault="00674743">
            <w:pPr>
              <w:rPr>
                <w:sz w:val="20"/>
                <w:szCs w:val="20"/>
              </w:rPr>
            </w:pPr>
            <w:proofErr w:type="spellStart"/>
            <w:r w:rsidRPr="00674743">
              <w:rPr>
                <w:rStyle w:val="Textoennegrita"/>
                <w:sz w:val="20"/>
                <w:szCs w:val="20"/>
              </w:rPr>
              <w:t>Contenido</w:t>
            </w:r>
            <w:proofErr w:type="spellEnd"/>
            <w:r w:rsidRPr="00674743">
              <w:rPr>
                <w:rStyle w:val="Textoennegrita"/>
                <w:sz w:val="20"/>
                <w:szCs w:val="20"/>
              </w:rPr>
              <w:t xml:space="preserve"> </w:t>
            </w:r>
            <w:proofErr w:type="spellStart"/>
            <w:r w:rsidRPr="00674743">
              <w:rPr>
                <w:rStyle w:val="Textoennegrita"/>
                <w:sz w:val="20"/>
                <w:szCs w:val="20"/>
              </w:rPr>
              <w:t>académico</w:t>
            </w:r>
            <w:proofErr w:type="spellEnd"/>
          </w:p>
        </w:tc>
        <w:tc>
          <w:tcPr>
            <w:tcW w:w="0" w:type="auto"/>
            <w:hideMark/>
          </w:tcPr>
          <w:p w14:paraId="1C5A21DD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 información completa, actualizada, precisa y fundamentada científicamente.</w:t>
            </w:r>
          </w:p>
        </w:tc>
        <w:tc>
          <w:tcPr>
            <w:tcW w:w="0" w:type="auto"/>
            <w:hideMark/>
          </w:tcPr>
          <w:p w14:paraId="48D1E371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 información adecuada con leves imprecisiones.</w:t>
            </w:r>
          </w:p>
        </w:tc>
        <w:tc>
          <w:tcPr>
            <w:tcW w:w="0" w:type="auto"/>
            <w:hideMark/>
          </w:tcPr>
          <w:p w14:paraId="370F3CD2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La información es limitada y poco profunda.</w:t>
            </w:r>
          </w:p>
        </w:tc>
        <w:tc>
          <w:tcPr>
            <w:tcW w:w="0" w:type="auto"/>
            <w:hideMark/>
          </w:tcPr>
          <w:p w14:paraId="5E9D04CD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La información es insuficiente o incorrecta.</w:t>
            </w:r>
          </w:p>
        </w:tc>
        <w:tc>
          <w:tcPr>
            <w:tcW w:w="0" w:type="auto"/>
            <w:hideMark/>
          </w:tcPr>
          <w:p w14:paraId="48CE155F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674743" w:rsidRPr="00674743" w14:paraId="16518179" w14:textId="77777777" w:rsidTr="00674743">
        <w:trPr>
          <w:trHeight w:val="1022"/>
          <w:jc w:val="center"/>
        </w:trPr>
        <w:tc>
          <w:tcPr>
            <w:tcW w:w="0" w:type="auto"/>
            <w:hideMark/>
          </w:tcPr>
          <w:p w14:paraId="7539B5B5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rStyle w:val="Textoennegrita"/>
                <w:sz w:val="20"/>
                <w:szCs w:val="20"/>
              </w:rPr>
              <w:t xml:space="preserve">Desarrollo del </w:t>
            </w:r>
            <w:proofErr w:type="spellStart"/>
            <w:r w:rsidRPr="00674743">
              <w:rPr>
                <w:rStyle w:val="Textoennegrita"/>
                <w:sz w:val="20"/>
                <w:szCs w:val="20"/>
              </w:rPr>
              <w:t>tema</w:t>
            </w:r>
            <w:proofErr w:type="spellEnd"/>
          </w:p>
        </w:tc>
        <w:tc>
          <w:tcPr>
            <w:tcW w:w="0" w:type="auto"/>
            <w:hideMark/>
          </w:tcPr>
          <w:p w14:paraId="41FCD3EB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El desarrollo es claro, concreto, coherente y totalmente relacionado con el tema investigado.</w:t>
            </w:r>
          </w:p>
        </w:tc>
        <w:tc>
          <w:tcPr>
            <w:tcW w:w="0" w:type="auto"/>
            <w:hideMark/>
          </w:tcPr>
          <w:p w14:paraId="1B5ABF42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El desarrollo mantiene relación con el tema y presenta buena coherencia.</w:t>
            </w:r>
          </w:p>
        </w:tc>
        <w:tc>
          <w:tcPr>
            <w:tcW w:w="0" w:type="auto"/>
            <w:hideMark/>
          </w:tcPr>
          <w:p w14:paraId="0367F523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El desarrollo es poco claro o presenta información irrelevante.</w:t>
            </w:r>
          </w:p>
        </w:tc>
        <w:tc>
          <w:tcPr>
            <w:tcW w:w="0" w:type="auto"/>
            <w:hideMark/>
          </w:tcPr>
          <w:p w14:paraId="4633EEFF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El desarrollo no responde al tema de investigación.</w:t>
            </w:r>
          </w:p>
        </w:tc>
        <w:tc>
          <w:tcPr>
            <w:tcW w:w="0" w:type="auto"/>
            <w:hideMark/>
          </w:tcPr>
          <w:p w14:paraId="516477B7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674743" w:rsidRPr="00674743" w14:paraId="3D401162" w14:textId="77777777" w:rsidTr="008B5377">
        <w:trPr>
          <w:trHeight w:val="776"/>
          <w:jc w:val="center"/>
        </w:trPr>
        <w:tc>
          <w:tcPr>
            <w:tcW w:w="0" w:type="auto"/>
            <w:hideMark/>
          </w:tcPr>
          <w:p w14:paraId="4FE0B834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rStyle w:val="Textoennegrita"/>
                <w:sz w:val="20"/>
                <w:szCs w:val="20"/>
                <w:lang w:val="es-EC"/>
              </w:rPr>
              <w:t>Análisis y comprensión del tema</w:t>
            </w:r>
          </w:p>
        </w:tc>
        <w:tc>
          <w:tcPr>
            <w:tcW w:w="0" w:type="auto"/>
            <w:hideMark/>
          </w:tcPr>
          <w:p w14:paraId="7B077409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Demuestra excelente análisis crítico y comprensión profunda del tema.</w:t>
            </w:r>
          </w:p>
        </w:tc>
        <w:tc>
          <w:tcPr>
            <w:tcW w:w="0" w:type="auto"/>
            <w:hideMark/>
          </w:tcPr>
          <w:p w14:paraId="67FB729B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 análisis adecuado y comprensión aceptable.</w:t>
            </w:r>
          </w:p>
        </w:tc>
        <w:tc>
          <w:tcPr>
            <w:tcW w:w="0" w:type="auto"/>
            <w:hideMark/>
          </w:tcPr>
          <w:p w14:paraId="34688F88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 análisis limitado y comprensión superficial.</w:t>
            </w:r>
          </w:p>
        </w:tc>
        <w:tc>
          <w:tcPr>
            <w:tcW w:w="0" w:type="auto"/>
            <w:hideMark/>
          </w:tcPr>
          <w:p w14:paraId="2A572B79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No demuestra análisis ni comprensión del tema.</w:t>
            </w:r>
          </w:p>
        </w:tc>
        <w:tc>
          <w:tcPr>
            <w:tcW w:w="0" w:type="auto"/>
            <w:hideMark/>
          </w:tcPr>
          <w:p w14:paraId="6D2B9D57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674743" w:rsidRPr="00674743" w14:paraId="2255C3D9" w14:textId="77777777" w:rsidTr="008B5377">
        <w:trPr>
          <w:trHeight w:val="876"/>
          <w:jc w:val="center"/>
        </w:trPr>
        <w:tc>
          <w:tcPr>
            <w:tcW w:w="0" w:type="auto"/>
            <w:hideMark/>
          </w:tcPr>
          <w:p w14:paraId="5DE7C354" w14:textId="77777777" w:rsidR="00674743" w:rsidRPr="00674743" w:rsidRDefault="00674743">
            <w:pPr>
              <w:rPr>
                <w:sz w:val="20"/>
                <w:szCs w:val="20"/>
              </w:rPr>
            </w:pPr>
            <w:proofErr w:type="spellStart"/>
            <w:r w:rsidRPr="00674743">
              <w:rPr>
                <w:rStyle w:val="Textoennegrita"/>
                <w:sz w:val="20"/>
                <w:szCs w:val="20"/>
              </w:rPr>
              <w:t>Conclusiones</w:t>
            </w:r>
            <w:proofErr w:type="spellEnd"/>
            <w:r w:rsidRPr="00674743">
              <w:rPr>
                <w:rStyle w:val="Textoennegrita"/>
                <w:sz w:val="20"/>
                <w:szCs w:val="20"/>
              </w:rPr>
              <w:t xml:space="preserve"> </w:t>
            </w:r>
            <w:proofErr w:type="spellStart"/>
            <w:r w:rsidRPr="00674743">
              <w:rPr>
                <w:rStyle w:val="Textoennegrita"/>
                <w:sz w:val="20"/>
                <w:szCs w:val="20"/>
              </w:rPr>
              <w:t>coherentes</w:t>
            </w:r>
            <w:proofErr w:type="spellEnd"/>
          </w:p>
        </w:tc>
        <w:tc>
          <w:tcPr>
            <w:tcW w:w="0" w:type="auto"/>
            <w:hideMark/>
          </w:tcPr>
          <w:p w14:paraId="1F3D487B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Las conclusiones son claras, coherentes y relacionadas directamente con los objetivos y el desarrollo del trabajo.</w:t>
            </w:r>
          </w:p>
        </w:tc>
        <w:tc>
          <w:tcPr>
            <w:tcW w:w="0" w:type="auto"/>
            <w:hideMark/>
          </w:tcPr>
          <w:p w14:paraId="0D125DCB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Las conclusiones son adecuadas y guardan relación con el tema.</w:t>
            </w:r>
          </w:p>
        </w:tc>
        <w:tc>
          <w:tcPr>
            <w:tcW w:w="0" w:type="auto"/>
            <w:hideMark/>
          </w:tcPr>
          <w:p w14:paraId="14A4F6B0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Las conclusiones son poco claras o parcialmente relacionadas.</w:t>
            </w:r>
          </w:p>
        </w:tc>
        <w:tc>
          <w:tcPr>
            <w:tcW w:w="0" w:type="auto"/>
            <w:hideMark/>
          </w:tcPr>
          <w:p w14:paraId="17986B6C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Las conclusiones no son coherentes ni relacionadas con el trabajo.</w:t>
            </w:r>
          </w:p>
        </w:tc>
        <w:tc>
          <w:tcPr>
            <w:tcW w:w="0" w:type="auto"/>
            <w:hideMark/>
          </w:tcPr>
          <w:p w14:paraId="4D5DCB86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674743" w:rsidRPr="00674743" w14:paraId="11DB5FCF" w14:textId="77777777" w:rsidTr="00674743">
        <w:trPr>
          <w:trHeight w:val="1022"/>
          <w:jc w:val="center"/>
        </w:trPr>
        <w:tc>
          <w:tcPr>
            <w:tcW w:w="0" w:type="auto"/>
            <w:hideMark/>
          </w:tcPr>
          <w:p w14:paraId="4F473273" w14:textId="77777777" w:rsidR="00674743" w:rsidRPr="00674743" w:rsidRDefault="00674743">
            <w:pPr>
              <w:rPr>
                <w:sz w:val="20"/>
                <w:szCs w:val="20"/>
              </w:rPr>
            </w:pPr>
            <w:proofErr w:type="spellStart"/>
            <w:r w:rsidRPr="00674743">
              <w:rPr>
                <w:rStyle w:val="Textoennegrita"/>
                <w:sz w:val="20"/>
                <w:szCs w:val="20"/>
              </w:rPr>
              <w:t>Organización</w:t>
            </w:r>
            <w:proofErr w:type="spellEnd"/>
            <w:r w:rsidRPr="00674743">
              <w:rPr>
                <w:rStyle w:val="Textoennegrita"/>
                <w:sz w:val="20"/>
                <w:szCs w:val="20"/>
              </w:rPr>
              <w:t xml:space="preserve"> y </w:t>
            </w:r>
            <w:proofErr w:type="spellStart"/>
            <w:r w:rsidRPr="00674743">
              <w:rPr>
                <w:rStyle w:val="Textoennegrita"/>
                <w:sz w:val="20"/>
                <w:szCs w:val="20"/>
              </w:rPr>
              <w:t>estructura</w:t>
            </w:r>
            <w:proofErr w:type="spellEnd"/>
          </w:p>
        </w:tc>
        <w:tc>
          <w:tcPr>
            <w:tcW w:w="0" w:type="auto"/>
            <w:hideMark/>
          </w:tcPr>
          <w:p w14:paraId="79673EB7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El trabajo presenta excelente organización, secuencia lógica y cumplimiento total de la estructura solicitada.</w:t>
            </w:r>
          </w:p>
        </w:tc>
        <w:tc>
          <w:tcPr>
            <w:tcW w:w="0" w:type="auto"/>
            <w:hideMark/>
          </w:tcPr>
          <w:p w14:paraId="08DDE3A0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 buena organización con leves inconsistencias.</w:t>
            </w:r>
          </w:p>
        </w:tc>
        <w:tc>
          <w:tcPr>
            <w:tcW w:w="0" w:type="auto"/>
            <w:hideMark/>
          </w:tcPr>
          <w:p w14:paraId="43722F64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 organización limitada y estructura incompleta.</w:t>
            </w:r>
          </w:p>
        </w:tc>
        <w:tc>
          <w:tcPr>
            <w:tcW w:w="0" w:type="auto"/>
            <w:hideMark/>
          </w:tcPr>
          <w:p w14:paraId="0E90E6FF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El trabajo es desordenado y no cumple la estructura requerida.</w:t>
            </w:r>
          </w:p>
        </w:tc>
        <w:tc>
          <w:tcPr>
            <w:tcW w:w="0" w:type="auto"/>
            <w:hideMark/>
          </w:tcPr>
          <w:p w14:paraId="67FA8C0B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674743" w:rsidRPr="00674743" w14:paraId="3D848CE3" w14:textId="77777777" w:rsidTr="008B5377">
        <w:trPr>
          <w:trHeight w:val="419"/>
          <w:jc w:val="center"/>
        </w:trPr>
        <w:tc>
          <w:tcPr>
            <w:tcW w:w="0" w:type="auto"/>
            <w:hideMark/>
          </w:tcPr>
          <w:p w14:paraId="27F74B90" w14:textId="77777777" w:rsidR="00674743" w:rsidRPr="00674743" w:rsidRDefault="00674743">
            <w:pPr>
              <w:rPr>
                <w:sz w:val="20"/>
                <w:szCs w:val="20"/>
              </w:rPr>
            </w:pPr>
            <w:proofErr w:type="spellStart"/>
            <w:r w:rsidRPr="00674743">
              <w:rPr>
                <w:rStyle w:val="Textoennegrita"/>
                <w:sz w:val="20"/>
                <w:szCs w:val="20"/>
              </w:rPr>
              <w:t>Redacción</w:t>
            </w:r>
            <w:proofErr w:type="spellEnd"/>
            <w:r w:rsidRPr="00674743">
              <w:rPr>
                <w:rStyle w:val="Textoennegrita"/>
                <w:sz w:val="20"/>
                <w:szCs w:val="20"/>
              </w:rPr>
              <w:t xml:space="preserve"> y </w:t>
            </w:r>
            <w:proofErr w:type="spellStart"/>
            <w:r w:rsidRPr="00674743">
              <w:rPr>
                <w:rStyle w:val="Textoennegrita"/>
                <w:sz w:val="20"/>
                <w:szCs w:val="20"/>
              </w:rPr>
              <w:t>ortografía</w:t>
            </w:r>
            <w:proofErr w:type="spellEnd"/>
          </w:p>
        </w:tc>
        <w:tc>
          <w:tcPr>
            <w:tcW w:w="0" w:type="auto"/>
            <w:hideMark/>
          </w:tcPr>
          <w:p w14:paraId="551A921A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Redacción técnica, clara y sin errores ortográficos.</w:t>
            </w:r>
          </w:p>
        </w:tc>
        <w:tc>
          <w:tcPr>
            <w:tcW w:w="0" w:type="auto"/>
            <w:hideMark/>
          </w:tcPr>
          <w:p w14:paraId="7763D186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 pocos errores de redacción u ortografía.</w:t>
            </w:r>
          </w:p>
        </w:tc>
        <w:tc>
          <w:tcPr>
            <w:tcW w:w="0" w:type="auto"/>
            <w:hideMark/>
          </w:tcPr>
          <w:p w14:paraId="4B69F8F7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Existen varios errores que dificultan parcialmente la comprensión.</w:t>
            </w:r>
          </w:p>
        </w:tc>
        <w:tc>
          <w:tcPr>
            <w:tcW w:w="0" w:type="auto"/>
            <w:hideMark/>
          </w:tcPr>
          <w:p w14:paraId="3B80FC2A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Muchos errores ortográficos y de redacción dificultan la comprensión del trabajo.</w:t>
            </w:r>
          </w:p>
        </w:tc>
        <w:tc>
          <w:tcPr>
            <w:tcW w:w="0" w:type="auto"/>
            <w:hideMark/>
          </w:tcPr>
          <w:p w14:paraId="5E56A854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674743" w:rsidRPr="00674743" w14:paraId="5E3936E0" w14:textId="77777777" w:rsidTr="008B5377">
        <w:trPr>
          <w:trHeight w:val="702"/>
          <w:jc w:val="center"/>
        </w:trPr>
        <w:tc>
          <w:tcPr>
            <w:tcW w:w="0" w:type="auto"/>
            <w:hideMark/>
          </w:tcPr>
          <w:p w14:paraId="211DA94C" w14:textId="73B77B7C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rStyle w:val="Textoennegrita"/>
                <w:sz w:val="20"/>
                <w:szCs w:val="20"/>
                <w:lang w:val="es-EC"/>
              </w:rPr>
              <w:lastRenderedPageBreak/>
              <w:t>Uso de normas APA</w:t>
            </w:r>
            <w:r w:rsidR="007D2183">
              <w:rPr>
                <w:rStyle w:val="Textoennegrita"/>
                <w:sz w:val="20"/>
                <w:szCs w:val="20"/>
                <w:lang w:val="es-EC"/>
              </w:rPr>
              <w:t xml:space="preserve"> o IEEE</w:t>
            </w:r>
            <w:r w:rsidRPr="00674743">
              <w:rPr>
                <w:rStyle w:val="Textoennegrita"/>
                <w:sz w:val="20"/>
                <w:szCs w:val="20"/>
                <w:lang w:val="es-EC"/>
              </w:rPr>
              <w:t xml:space="preserve"> y bibliografía</w:t>
            </w:r>
          </w:p>
        </w:tc>
        <w:tc>
          <w:tcPr>
            <w:tcW w:w="0" w:type="auto"/>
            <w:hideMark/>
          </w:tcPr>
          <w:p w14:paraId="2F0104D1" w14:textId="77777777" w:rsid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Aplica correctamente normas APA</w:t>
            </w:r>
            <w:r w:rsidR="007D2183">
              <w:rPr>
                <w:sz w:val="20"/>
                <w:szCs w:val="20"/>
                <w:lang w:val="es-EC"/>
              </w:rPr>
              <w:t xml:space="preserve"> o IEEE</w:t>
            </w:r>
            <w:r w:rsidRPr="00674743">
              <w:rPr>
                <w:sz w:val="20"/>
                <w:szCs w:val="20"/>
                <w:lang w:val="es-EC"/>
              </w:rPr>
              <w:t xml:space="preserve"> y utiliza bibliografía confiable y actualizada.</w:t>
            </w:r>
          </w:p>
          <w:p w14:paraId="09F4915E" w14:textId="6A24AF10" w:rsidR="00001910" w:rsidRPr="00674743" w:rsidRDefault="00001910">
            <w:pPr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 xml:space="preserve">Mínimo tres citas bibliográficas </w:t>
            </w:r>
          </w:p>
        </w:tc>
        <w:tc>
          <w:tcPr>
            <w:tcW w:w="0" w:type="auto"/>
            <w:hideMark/>
          </w:tcPr>
          <w:p w14:paraId="2F1DA52D" w14:textId="77777777" w:rsid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 xml:space="preserve">Presenta leves errores en normas APA </w:t>
            </w:r>
            <w:r w:rsidR="007D2183">
              <w:rPr>
                <w:sz w:val="20"/>
                <w:szCs w:val="20"/>
                <w:lang w:val="es-EC"/>
              </w:rPr>
              <w:t xml:space="preserve">o IEEE </w:t>
            </w:r>
            <w:r w:rsidRPr="00674743">
              <w:rPr>
                <w:sz w:val="20"/>
                <w:szCs w:val="20"/>
                <w:lang w:val="es-EC"/>
              </w:rPr>
              <w:t>o referencias.</w:t>
            </w:r>
          </w:p>
          <w:p w14:paraId="067984F0" w14:textId="017B2A9F" w:rsidR="00001910" w:rsidRPr="00674743" w:rsidRDefault="00001910">
            <w:pPr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 xml:space="preserve">Mínimo </w:t>
            </w:r>
            <w:r>
              <w:rPr>
                <w:sz w:val="20"/>
                <w:szCs w:val="20"/>
                <w:lang w:val="es-EC"/>
              </w:rPr>
              <w:t xml:space="preserve">dos </w:t>
            </w:r>
            <w:r>
              <w:rPr>
                <w:sz w:val="20"/>
                <w:szCs w:val="20"/>
                <w:lang w:val="es-EC"/>
              </w:rPr>
              <w:t>citas bibliográficas</w:t>
            </w:r>
          </w:p>
        </w:tc>
        <w:tc>
          <w:tcPr>
            <w:tcW w:w="0" w:type="auto"/>
            <w:hideMark/>
          </w:tcPr>
          <w:p w14:paraId="4F604EC0" w14:textId="77777777" w:rsid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 xml:space="preserve">Uso limitado de normas APA </w:t>
            </w:r>
            <w:r w:rsidR="007D2183">
              <w:rPr>
                <w:sz w:val="20"/>
                <w:szCs w:val="20"/>
                <w:lang w:val="es-EC"/>
              </w:rPr>
              <w:t xml:space="preserve">o IEEE </w:t>
            </w:r>
            <w:r w:rsidRPr="00674743">
              <w:rPr>
                <w:sz w:val="20"/>
                <w:szCs w:val="20"/>
                <w:lang w:val="es-EC"/>
              </w:rPr>
              <w:t>y pocas fuentes bibliográficas.</w:t>
            </w:r>
          </w:p>
          <w:p w14:paraId="7EEDB118" w14:textId="208DFAA4" w:rsidR="00001910" w:rsidRPr="00674743" w:rsidRDefault="00001910">
            <w:pPr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 xml:space="preserve">Mínimo </w:t>
            </w:r>
            <w:proofErr w:type="gramStart"/>
            <w:r>
              <w:rPr>
                <w:sz w:val="20"/>
                <w:szCs w:val="20"/>
                <w:lang w:val="es-EC"/>
              </w:rPr>
              <w:t>una</w:t>
            </w:r>
            <w:r>
              <w:rPr>
                <w:sz w:val="20"/>
                <w:szCs w:val="20"/>
                <w:lang w:val="es-EC"/>
              </w:rPr>
              <w:t xml:space="preserve"> citas bibliográficas</w:t>
            </w:r>
            <w:proofErr w:type="gramEnd"/>
          </w:p>
        </w:tc>
        <w:tc>
          <w:tcPr>
            <w:tcW w:w="0" w:type="auto"/>
            <w:hideMark/>
          </w:tcPr>
          <w:p w14:paraId="57F1DAB5" w14:textId="77777777" w:rsidR="00001910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 xml:space="preserve">No aplica normas APA </w:t>
            </w:r>
            <w:r w:rsidR="007D2183">
              <w:rPr>
                <w:sz w:val="20"/>
                <w:szCs w:val="20"/>
                <w:lang w:val="es-EC"/>
              </w:rPr>
              <w:t xml:space="preserve">o IEEE </w:t>
            </w:r>
            <w:r w:rsidRPr="00674743">
              <w:rPr>
                <w:sz w:val="20"/>
                <w:szCs w:val="20"/>
                <w:lang w:val="es-EC"/>
              </w:rPr>
              <w:t>ni presenta bibliografía adecuada</w:t>
            </w:r>
          </w:p>
          <w:p w14:paraId="7FAFD19D" w14:textId="4BCB1A20" w:rsidR="00001910" w:rsidRPr="00674743" w:rsidRDefault="00001910">
            <w:pPr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No tiene</w:t>
            </w:r>
            <w:r>
              <w:rPr>
                <w:sz w:val="20"/>
                <w:szCs w:val="20"/>
                <w:lang w:val="es-EC"/>
              </w:rPr>
              <w:t xml:space="preserve"> citas bibliográficas</w:t>
            </w:r>
          </w:p>
        </w:tc>
        <w:tc>
          <w:tcPr>
            <w:tcW w:w="0" w:type="auto"/>
            <w:hideMark/>
          </w:tcPr>
          <w:p w14:paraId="17096375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674743" w:rsidRPr="00674743" w14:paraId="2B0BF100" w14:textId="77777777" w:rsidTr="00674743">
        <w:trPr>
          <w:trHeight w:val="759"/>
          <w:jc w:val="center"/>
        </w:trPr>
        <w:tc>
          <w:tcPr>
            <w:tcW w:w="0" w:type="auto"/>
            <w:hideMark/>
          </w:tcPr>
          <w:p w14:paraId="53FB1221" w14:textId="77777777" w:rsidR="00674743" w:rsidRPr="008D3A20" w:rsidRDefault="00674743">
            <w:pPr>
              <w:rPr>
                <w:rStyle w:val="Textoennegrita"/>
              </w:rPr>
            </w:pPr>
            <w:r w:rsidRPr="00674743">
              <w:rPr>
                <w:rStyle w:val="Textoennegrita"/>
                <w:sz w:val="20"/>
                <w:szCs w:val="20"/>
              </w:rPr>
              <w:t xml:space="preserve">Presentación del </w:t>
            </w:r>
            <w:proofErr w:type="spellStart"/>
            <w:r w:rsidRPr="00674743">
              <w:rPr>
                <w:rStyle w:val="Textoennegrita"/>
                <w:sz w:val="20"/>
                <w:szCs w:val="20"/>
              </w:rPr>
              <w:t>trabajo</w:t>
            </w:r>
            <w:proofErr w:type="spellEnd"/>
          </w:p>
        </w:tc>
        <w:tc>
          <w:tcPr>
            <w:tcW w:w="0" w:type="auto"/>
            <w:hideMark/>
          </w:tcPr>
          <w:p w14:paraId="61F36543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Presentación ordenada, limpia, profesional y visualmente adecuada.</w:t>
            </w:r>
          </w:p>
        </w:tc>
        <w:tc>
          <w:tcPr>
            <w:tcW w:w="0" w:type="auto"/>
            <w:hideMark/>
          </w:tcPr>
          <w:p w14:paraId="51809D0C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Buena presentación general del documento.</w:t>
            </w:r>
          </w:p>
        </w:tc>
        <w:tc>
          <w:tcPr>
            <w:tcW w:w="0" w:type="auto"/>
            <w:hideMark/>
          </w:tcPr>
          <w:p w14:paraId="4E15A9CE" w14:textId="77777777" w:rsidR="00674743" w:rsidRPr="00674743" w:rsidRDefault="00674743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  <w:lang w:val="es-EC"/>
              </w:rPr>
              <w:t>Presentación básica con algunas deficiencias.</w:t>
            </w:r>
          </w:p>
        </w:tc>
        <w:tc>
          <w:tcPr>
            <w:tcW w:w="0" w:type="auto"/>
            <w:hideMark/>
          </w:tcPr>
          <w:p w14:paraId="30201283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 xml:space="preserve">Presentación </w:t>
            </w:r>
            <w:proofErr w:type="spellStart"/>
            <w:r w:rsidRPr="00674743">
              <w:rPr>
                <w:sz w:val="20"/>
                <w:szCs w:val="20"/>
              </w:rPr>
              <w:t>deficiente</w:t>
            </w:r>
            <w:proofErr w:type="spellEnd"/>
            <w:r w:rsidRPr="00674743">
              <w:rPr>
                <w:sz w:val="20"/>
                <w:szCs w:val="20"/>
              </w:rPr>
              <w:t xml:space="preserve"> o </w:t>
            </w:r>
            <w:proofErr w:type="spellStart"/>
            <w:r w:rsidRPr="00674743">
              <w:rPr>
                <w:sz w:val="20"/>
                <w:szCs w:val="20"/>
              </w:rPr>
              <w:t>incompleta</w:t>
            </w:r>
            <w:proofErr w:type="spellEnd"/>
            <w:r w:rsidRPr="00674743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5972FACA" w14:textId="77777777" w:rsidR="00674743" w:rsidRPr="00674743" w:rsidRDefault="00674743">
            <w:pPr>
              <w:rPr>
                <w:sz w:val="20"/>
                <w:szCs w:val="20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  <w:tr w:rsidR="008D3A20" w:rsidRPr="008D3A20" w14:paraId="7B4DA360" w14:textId="77777777" w:rsidTr="00674743">
        <w:trPr>
          <w:trHeight w:val="759"/>
          <w:jc w:val="center"/>
        </w:trPr>
        <w:tc>
          <w:tcPr>
            <w:tcW w:w="0" w:type="auto"/>
          </w:tcPr>
          <w:p w14:paraId="644AA03E" w14:textId="4FB13C02" w:rsidR="008D3A20" w:rsidRPr="008D3A20" w:rsidRDefault="008D3A20">
            <w:pPr>
              <w:rPr>
                <w:rStyle w:val="Textoennegrita"/>
                <w:b w:val="0"/>
                <w:bCs w:val="0"/>
                <w:sz w:val="20"/>
                <w:szCs w:val="20"/>
              </w:rPr>
            </w:pPr>
            <w:r w:rsidRPr="008D3A20">
              <w:rPr>
                <w:rStyle w:val="Textoennegrita"/>
              </w:rPr>
              <w:t xml:space="preserve">Entrega y carga </w:t>
            </w:r>
            <w:proofErr w:type="spellStart"/>
            <w:r w:rsidRPr="008D3A20">
              <w:rPr>
                <w:rStyle w:val="Textoennegrita"/>
              </w:rPr>
              <w:t>en</w:t>
            </w:r>
            <w:proofErr w:type="spellEnd"/>
            <w:r w:rsidRPr="008D3A20">
              <w:rPr>
                <w:rStyle w:val="Textoennegrita"/>
              </w:rPr>
              <w:t xml:space="preserve"> aula </w:t>
            </w:r>
            <w:proofErr w:type="spellStart"/>
            <w:r w:rsidRPr="008D3A20">
              <w:rPr>
                <w:rStyle w:val="Textoennegrita"/>
              </w:rPr>
              <w:t>virtua</w:t>
            </w:r>
            <w:proofErr w:type="spellEnd"/>
          </w:p>
        </w:tc>
        <w:tc>
          <w:tcPr>
            <w:tcW w:w="0" w:type="auto"/>
          </w:tcPr>
          <w:p w14:paraId="1DF248DC" w14:textId="63EA05D7" w:rsidR="008D3A20" w:rsidRPr="008D3A20" w:rsidRDefault="008D3A20">
            <w:pPr>
              <w:rPr>
                <w:sz w:val="20"/>
                <w:szCs w:val="20"/>
                <w:lang w:val="es-EC"/>
              </w:rPr>
            </w:pPr>
            <w:r w:rsidRPr="008D3A20">
              <w:rPr>
                <w:sz w:val="20"/>
                <w:szCs w:val="20"/>
                <w:lang w:val="es-EC"/>
              </w:rPr>
              <w:t>El trabajo es entregado puntualmente en la fecha establecida y cargado correctamente en el aula virtual.</w:t>
            </w:r>
          </w:p>
        </w:tc>
        <w:tc>
          <w:tcPr>
            <w:tcW w:w="0" w:type="auto"/>
          </w:tcPr>
          <w:p w14:paraId="72E1EDB2" w14:textId="60499090" w:rsidR="008D3A20" w:rsidRPr="008D3A20" w:rsidRDefault="008D3A20">
            <w:pPr>
              <w:rPr>
                <w:sz w:val="20"/>
                <w:szCs w:val="20"/>
                <w:lang w:val="es-EC"/>
              </w:rPr>
            </w:pPr>
            <w:r w:rsidRPr="008D3A20">
              <w:rPr>
                <w:sz w:val="20"/>
                <w:szCs w:val="20"/>
                <w:lang w:val="es-EC"/>
              </w:rPr>
              <w:t>El trabajo presenta una leve demora o presenta mínimos inconvenientes en la carga al aula virtual.</w:t>
            </w:r>
          </w:p>
        </w:tc>
        <w:tc>
          <w:tcPr>
            <w:tcW w:w="0" w:type="auto"/>
          </w:tcPr>
          <w:p w14:paraId="6068B455" w14:textId="4743BE5C" w:rsidR="008D3A20" w:rsidRPr="008D3A20" w:rsidRDefault="008D3A20">
            <w:pPr>
              <w:rPr>
                <w:sz w:val="20"/>
                <w:szCs w:val="20"/>
                <w:lang w:val="es-EC"/>
              </w:rPr>
            </w:pPr>
            <w:r w:rsidRPr="008D3A20">
              <w:rPr>
                <w:sz w:val="20"/>
                <w:szCs w:val="20"/>
                <w:lang w:val="es-EC"/>
              </w:rPr>
              <w:t>El trabajo se entrega fuera del tiempo establecido o presenta dificultades en la carga.</w:t>
            </w:r>
          </w:p>
        </w:tc>
        <w:tc>
          <w:tcPr>
            <w:tcW w:w="0" w:type="auto"/>
          </w:tcPr>
          <w:p w14:paraId="2BDB05A9" w14:textId="5A56C805" w:rsidR="008D3A20" w:rsidRPr="008D3A20" w:rsidRDefault="008D3A20">
            <w:pPr>
              <w:rPr>
                <w:sz w:val="20"/>
                <w:szCs w:val="20"/>
                <w:lang w:val="es-EC"/>
              </w:rPr>
            </w:pPr>
            <w:r w:rsidRPr="008D3A20">
              <w:rPr>
                <w:sz w:val="20"/>
                <w:szCs w:val="20"/>
                <w:lang w:val="es-EC"/>
              </w:rPr>
              <w:t>El trabajo no es cargado en el aula virtual o se entrega con retraso significativo.</w:t>
            </w:r>
          </w:p>
        </w:tc>
        <w:tc>
          <w:tcPr>
            <w:tcW w:w="0" w:type="auto"/>
          </w:tcPr>
          <w:p w14:paraId="0C74E3A3" w14:textId="35A1D7AE" w:rsidR="008D3A20" w:rsidRPr="008D3A20" w:rsidRDefault="008B5377">
            <w:pPr>
              <w:rPr>
                <w:sz w:val="20"/>
                <w:szCs w:val="20"/>
                <w:lang w:val="es-EC"/>
              </w:rPr>
            </w:pPr>
            <w:r w:rsidRPr="00674743">
              <w:rPr>
                <w:sz w:val="20"/>
                <w:szCs w:val="20"/>
              </w:rPr>
              <w:t>/10</w:t>
            </w:r>
          </w:p>
        </w:tc>
      </w:tr>
    </w:tbl>
    <w:p w14:paraId="1BB7460F" w14:textId="77777777" w:rsidR="00674743" w:rsidRPr="00674743" w:rsidRDefault="00674743" w:rsidP="00674743">
      <w:pPr>
        <w:rPr>
          <w:lang w:val="es-EC"/>
        </w:rPr>
      </w:pPr>
    </w:p>
    <w:p w14:paraId="6C1C69C0" w14:textId="1C733EEB" w:rsidR="0039282D" w:rsidRPr="00674743" w:rsidRDefault="0039282D" w:rsidP="0039282D">
      <w:pPr>
        <w:pStyle w:val="Ttulo2"/>
        <w:rPr>
          <w:rFonts w:asciiTheme="minorHAnsi" w:hAnsiTheme="minorHAnsi"/>
          <w:color w:val="auto"/>
          <w:lang w:val="es-EC"/>
        </w:rPr>
      </w:pPr>
      <w:r w:rsidRPr="00674743">
        <w:rPr>
          <w:rFonts w:asciiTheme="minorHAnsi" w:hAnsiTheme="minorHAnsi"/>
          <w:color w:val="auto"/>
          <w:lang w:val="es-EC"/>
        </w:rPr>
        <w:t>Puntaje Total: ____ /</w:t>
      </w:r>
      <w:r w:rsidR="008B5377">
        <w:rPr>
          <w:rFonts w:asciiTheme="minorHAnsi" w:hAnsiTheme="minorHAnsi"/>
          <w:color w:val="auto"/>
          <w:lang w:val="es-EC"/>
        </w:rPr>
        <w:t>100</w:t>
      </w:r>
    </w:p>
    <w:p w14:paraId="1911E4D0" w14:textId="77777777" w:rsidR="0039282D" w:rsidRPr="00643692" w:rsidRDefault="0039282D" w:rsidP="0039282D">
      <w:pPr>
        <w:pStyle w:val="Ttulo3"/>
        <w:rPr>
          <w:rFonts w:asciiTheme="minorHAnsi" w:hAnsiTheme="minorHAnsi"/>
          <w:color w:val="auto"/>
        </w:rPr>
      </w:pPr>
      <w:proofErr w:type="spellStart"/>
      <w:r w:rsidRPr="00643692">
        <w:rPr>
          <w:rFonts w:asciiTheme="minorHAnsi" w:hAnsiTheme="minorHAnsi"/>
          <w:color w:val="auto"/>
        </w:rPr>
        <w:t>Observaciones</w:t>
      </w:r>
      <w:proofErr w:type="spellEnd"/>
      <w:r w:rsidRPr="00643692">
        <w:rPr>
          <w:rFonts w:asciiTheme="minorHAnsi" w:hAnsiTheme="minorHAnsi"/>
          <w:color w:val="auto"/>
        </w:rPr>
        <w:t>:</w:t>
      </w:r>
    </w:p>
    <w:p w14:paraId="5E83AEFE" w14:textId="77777777" w:rsidR="0039282D" w:rsidRDefault="00000000" w:rsidP="0039282D">
      <w:r>
        <w:pict w14:anchorId="19475BD7">
          <v:rect id="_x0000_i1025" style="width:0;height:1.5pt" o:hralign="center" o:hrstd="t" o:hr="t" fillcolor="#a0a0a0" stroked="f"/>
        </w:pict>
      </w:r>
    </w:p>
    <w:p w14:paraId="7CDD1F49" w14:textId="77777777" w:rsidR="0039282D" w:rsidRDefault="00000000" w:rsidP="0039282D">
      <w:r>
        <w:pict w14:anchorId="619B0AC4">
          <v:rect id="_x0000_i1026" style="width:0;height:1.5pt" o:hralign="center" o:hrstd="t" o:hr="t" fillcolor="#a0a0a0" stroked="f"/>
        </w:pict>
      </w:r>
    </w:p>
    <w:p w14:paraId="4A062BA1" w14:textId="77777777" w:rsidR="0039282D" w:rsidRDefault="00000000" w:rsidP="0039282D">
      <w:r>
        <w:pict w14:anchorId="13F8DBDF">
          <v:rect id="_x0000_i1027" style="width:0;height:1.5pt" o:hralign="center" o:hrstd="t" o:hr="t" fillcolor="#a0a0a0" stroked="f"/>
        </w:pict>
      </w:r>
    </w:p>
    <w:p w14:paraId="263F7526" w14:textId="4C626AE9" w:rsidR="0039282D" w:rsidRPr="0039282D" w:rsidRDefault="0039282D" w:rsidP="00643692">
      <w:pPr>
        <w:pStyle w:val="NormalWeb"/>
        <w:rPr>
          <w:b/>
          <w:bCs/>
        </w:rPr>
      </w:pPr>
      <w:r>
        <w:rPr>
          <w:rStyle w:val="Textoennegrita"/>
        </w:rPr>
        <w:t>Firma del docente:</w:t>
      </w:r>
      <w:r>
        <w:t xml:space="preserve"> _____________________</w:t>
      </w:r>
    </w:p>
    <w:sectPr w:rsidR="0039282D" w:rsidRPr="0039282D" w:rsidSect="0039282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73963" w14:textId="77777777" w:rsidR="00481ADC" w:rsidRDefault="00481ADC" w:rsidP="00D70CCB">
      <w:pPr>
        <w:spacing w:after="0" w:line="240" w:lineRule="auto"/>
      </w:pPr>
      <w:r>
        <w:separator/>
      </w:r>
    </w:p>
  </w:endnote>
  <w:endnote w:type="continuationSeparator" w:id="0">
    <w:p w14:paraId="3C359BD8" w14:textId="77777777" w:rsidR="00481ADC" w:rsidRDefault="00481ADC" w:rsidP="00D7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25492" w14:textId="77777777" w:rsidR="00481ADC" w:rsidRDefault="00481ADC" w:rsidP="00D70CCB">
      <w:pPr>
        <w:spacing w:after="0" w:line="240" w:lineRule="auto"/>
      </w:pPr>
      <w:r>
        <w:separator/>
      </w:r>
    </w:p>
  </w:footnote>
  <w:footnote w:type="continuationSeparator" w:id="0">
    <w:p w14:paraId="70BA19C1" w14:textId="77777777" w:rsidR="00481ADC" w:rsidRDefault="00481ADC" w:rsidP="00D7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A9695" w14:textId="4B857AA2" w:rsidR="005515FB" w:rsidRDefault="005515FB">
    <w:pPr>
      <w:pStyle w:val="Encabezado"/>
      <w:rPr>
        <w:noProof/>
      </w:rPr>
    </w:pPr>
    <w:r>
      <w:rPr>
        <w:noProof/>
      </w:rPr>
      <w:drawing>
        <wp:anchor distT="0" distB="0" distL="0" distR="0" simplePos="0" relativeHeight="251662848" behindDoc="1" locked="0" layoutInCell="1" hidden="0" allowOverlap="1" wp14:anchorId="5ABE7011" wp14:editId="14654BEE">
          <wp:simplePos x="0" y="0"/>
          <wp:positionH relativeFrom="column">
            <wp:posOffset>-1341120</wp:posOffset>
          </wp:positionH>
          <wp:positionV relativeFrom="paragraph">
            <wp:posOffset>-457200</wp:posOffset>
          </wp:positionV>
          <wp:extent cx="7962900" cy="10668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b="89775"/>
                  <a:stretch/>
                </pic:blipFill>
                <pic:spPr bwMode="auto">
                  <a:xfrm>
                    <a:off x="0" y="0"/>
                    <a:ext cx="7962900" cy="106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F0F4D6" w14:textId="1678DB8D" w:rsidR="005515FB" w:rsidRDefault="005515FB">
    <w:pPr>
      <w:pStyle w:val="Encabezado"/>
      <w:rPr>
        <w:noProof/>
      </w:rPr>
    </w:pPr>
  </w:p>
  <w:p w14:paraId="358B7BC0" w14:textId="43175230" w:rsidR="005515FB" w:rsidRDefault="005515FB">
    <w:pPr>
      <w:pStyle w:val="Encabezado"/>
      <w:rPr>
        <w:noProof/>
      </w:rPr>
    </w:pPr>
  </w:p>
  <w:p w14:paraId="53CBC65B" w14:textId="77777777" w:rsidR="005515FB" w:rsidRDefault="005515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732E9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FE7048"/>
    <w:multiLevelType w:val="multilevel"/>
    <w:tmpl w:val="8D46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95140F"/>
    <w:multiLevelType w:val="hybridMultilevel"/>
    <w:tmpl w:val="3F4CD116"/>
    <w:lvl w:ilvl="0" w:tplc="95627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2460">
    <w:abstractNumId w:val="8"/>
  </w:num>
  <w:num w:numId="2" w16cid:durableId="1841892924">
    <w:abstractNumId w:val="6"/>
  </w:num>
  <w:num w:numId="3" w16cid:durableId="196696093">
    <w:abstractNumId w:val="5"/>
  </w:num>
  <w:num w:numId="4" w16cid:durableId="44061435">
    <w:abstractNumId w:val="4"/>
  </w:num>
  <w:num w:numId="5" w16cid:durableId="704672915">
    <w:abstractNumId w:val="7"/>
  </w:num>
  <w:num w:numId="6" w16cid:durableId="1771655477">
    <w:abstractNumId w:val="3"/>
  </w:num>
  <w:num w:numId="7" w16cid:durableId="1863201504">
    <w:abstractNumId w:val="2"/>
  </w:num>
  <w:num w:numId="8" w16cid:durableId="936250441">
    <w:abstractNumId w:val="1"/>
  </w:num>
  <w:num w:numId="9" w16cid:durableId="1061295221">
    <w:abstractNumId w:val="0"/>
  </w:num>
  <w:num w:numId="10" w16cid:durableId="1774133451">
    <w:abstractNumId w:val="9"/>
  </w:num>
  <w:num w:numId="11" w16cid:durableId="897546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910"/>
    <w:rsid w:val="00034616"/>
    <w:rsid w:val="0006063C"/>
    <w:rsid w:val="0009385B"/>
    <w:rsid w:val="0015074B"/>
    <w:rsid w:val="0029639D"/>
    <w:rsid w:val="00326F90"/>
    <w:rsid w:val="0039282D"/>
    <w:rsid w:val="003B211E"/>
    <w:rsid w:val="00481ADC"/>
    <w:rsid w:val="005515FB"/>
    <w:rsid w:val="00643692"/>
    <w:rsid w:val="00674743"/>
    <w:rsid w:val="00682C33"/>
    <w:rsid w:val="007D2183"/>
    <w:rsid w:val="008B5377"/>
    <w:rsid w:val="008D3A20"/>
    <w:rsid w:val="00AA1D8D"/>
    <w:rsid w:val="00B47730"/>
    <w:rsid w:val="00C2498A"/>
    <w:rsid w:val="00CB0664"/>
    <w:rsid w:val="00D02A96"/>
    <w:rsid w:val="00D43DE0"/>
    <w:rsid w:val="00D70CCB"/>
    <w:rsid w:val="00DF12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4D4B6C"/>
  <w14:defaultImageDpi w14:val="300"/>
  <w15:docId w15:val="{799FFD1B-1699-4192-A650-BC2F5477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A96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09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01D912D-DF9C-402A-94AF-0D9CC377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914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CLIC</cp:lastModifiedBy>
  <cp:revision>7</cp:revision>
  <dcterms:created xsi:type="dcterms:W3CDTF">2026-05-17T21:37:00Z</dcterms:created>
  <dcterms:modified xsi:type="dcterms:W3CDTF">2026-05-19T13:15:00Z</dcterms:modified>
  <cp:category/>
</cp:coreProperties>
</file>